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173" w:rsidRDefault="00DA1832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095890" cy="72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40826_1512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9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73" w:rsidRDefault="00DA1832">
      <w:r>
        <w:br w:type="page"/>
      </w:r>
    </w:p>
    <w:p w:rsidR="00A91173" w:rsidRDefault="00DA1832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95890" cy="72000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240826_1514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9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73" w:rsidRDefault="00DA1832">
      <w:r>
        <w:br w:type="page"/>
      </w:r>
    </w:p>
    <w:p w:rsidR="00A91173" w:rsidRDefault="00DA1832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95890" cy="72000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40826_1516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9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73" w:rsidRDefault="00DA1832">
      <w:r>
        <w:br w:type="page"/>
      </w:r>
    </w:p>
    <w:p w:rsidR="00A91173" w:rsidRDefault="00DA1832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95890" cy="72000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240826_1517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9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173" w:rsidSect="00034616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A91173"/>
    <w:rsid w:val="00AA1D8D"/>
    <w:rsid w:val="00B47730"/>
    <w:rsid w:val="00CB0664"/>
    <w:rsid w:val="00DA1832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DA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DA1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Пользователь Windows</cp:lastModifiedBy>
  <cp:revision>2</cp:revision>
  <dcterms:created xsi:type="dcterms:W3CDTF">2013-12-23T23:15:00Z</dcterms:created>
  <dcterms:modified xsi:type="dcterms:W3CDTF">2024-08-26T08:25:00Z</dcterms:modified>
  <cp:category/>
</cp:coreProperties>
</file>